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60" w:after="20"/>
        <w:jc w:val="center"/>
        <w:widowControl w:val="1"/>
      </w:pPr>
      <w:r>
        <w:t>Antrag auf Mitgliedschaft</w:t>
      </w:r>
    </w:p>
    <w:p>
      <w:pPr>
        <w:spacing w:after="160"/>
        <w:jc w:val="center"/>
        <w:widowControl w:val="1"/>
      </w:pPr>
      <w:r>
        <w:rPr>
          <w:rFonts w:ascii="Liberation Sans" w:hAnsi="Liberation Sans"/>
          <w:b w:val="0"/>
          <w:i w:val="0"/>
          <w:color w:val="666666"/>
          <w:sz w:val="22"/>
        </w:rPr>
        <w:t>im Meerschweinchenclub Bayern e.V. (MCB)</w:t>
      </w:r>
    </w:p>
    <w:tbl>
      <w:tblPr>
        <w:tblW w:type="auto" w:w="0"/>
        <w:jc w:val="center"/>
        <w:tblLayout w:type="fixed"/>
        <w:tblLook w:firstColumn="1" w:firstRow="1" w:lastColumn="0" w:lastRow="0" w:noHBand="0" w:noVBand="1" w:val="04A0"/>
      </w:tblPr>
      <w:tblGrid>
        <w:gridCol w:w="5156"/>
        <w:gridCol w:w="5156"/>
      </w:tblGrid>
      <w:tr>
        <w:trPr>
          <w:trHeight w:hRule="atLeast"/>
        </w:trPr>
        <w:tc>
          <w:tcPr>
            <w:tcW w:type="dxa" w:w="5216"/>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shd w:fill="EAF1F2"/>
          </w:tcPr>
          <w:p>
            <w:pPr>
              <w:spacing w:after="0" w:before="0"/>
            </w:pPr>
            <w:r>
              <w:rPr>
                <w:rFonts w:ascii="Liberation Sans" w:hAnsi="Liberation Sans"/>
                <w:b/>
                <w:i w:val="0"/>
                <w:sz w:val="18"/>
              </w:rPr>
              <w:t>Mitgliedsnummer (vom Verein auszufüllen)</w:t>
            </w:r>
          </w:p>
        </w:tc>
        <w:tc>
          <w:tcPr>
            <w:tcW w:type="dxa" w:w="510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bl>
    <w:p>
      <w:pPr>
        <w:widowControl w:val="1"/>
      </w:pPr>
      <w:r>
        <w:t>Ich/Wir beantrage(n) die Aufnahme in den Meerschweinchenclub Bayern e.V.</w:t>
      </w:r>
    </w:p>
    <w:p>
      <w:pPr>
        <w:spacing w:after="100"/>
        <w:widowControl w:val="1"/>
      </w:pPr>
      <w:r>
        <w:rPr>
          <w:rFonts w:ascii="Liberation Sans" w:hAnsi="Liberation Sans"/>
          <w:b/>
          <w:i w:val="0"/>
          <w:sz w:val="20"/>
        </w:rPr>
        <w:t xml:space="preserve">Beitragsart:  </w:t>
      </w:r>
      <w:r>
        <w:rPr>
          <w:rFonts w:ascii="DejaVu Sans" w:hAnsi="DejaVu Sans"/>
          <w:b w:val="0"/>
          <w:i w:val="0"/>
          <w:sz w:val="19"/>
        </w:rPr>
        <w:t>☐ Einzelmitgliedschaft 30,00 € jährlich    ☐ Familienmitgliedschaft 35,00 € jährlich</w:t>
      </w:r>
    </w:p>
    <w:p>
      <w:pPr>
        <w:pStyle w:val="Heading1"/>
        <w:keepNext/>
        <w:widowControl w:val="1"/>
      </w:pPr>
      <w:r>
        <w:t>1. Angaben zum antragstellenden Mitglied</w:t>
      </w:r>
    </w:p>
    <w:p>
      <w:pPr>
        <w:spacing w:after="80"/>
        <w:widowControl w:val="1"/>
      </w:pPr>
      <w:r>
        <w:rPr>
          <w:rFonts w:ascii="Liberation Sans" w:hAnsi="Liberation Sans"/>
          <w:b w:val="0"/>
          <w:i/>
          <w:color w:val="666666"/>
          <w:sz w:val="16"/>
        </w:rPr>
        <w:t>* Pflichtangabe. Telefon, Mobil, Website, Zuchtname sowie Angaben zu Rassen/Farben sind freiwillig.</w:t>
      </w:r>
    </w:p>
    <w:tbl>
      <w:tblPr>
        <w:tblW w:type="auto" w:w="0"/>
        <w:jc w:val="center"/>
        <w:tblLayout w:type="fixed"/>
        <w:tblLook w:firstColumn="1" w:firstRow="1" w:lastColumn="0" w:lastRow="0" w:noHBand="0" w:noVBand="1" w:val="04A0"/>
      </w:tblPr>
      <w:tblGrid>
        <w:gridCol w:w="2578"/>
        <w:gridCol w:w="2578"/>
        <w:gridCol w:w="2578"/>
        <w:gridCol w:w="2578"/>
      </w:tblGrid>
      <w:tr>
        <w:trPr>
          <w:trHeight w:hRule="atLeast"/>
        </w:trPr>
        <w:tc>
          <w:tcPr>
            <w:tcW w:type="dxa" w:w="2494"/>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Nachname *</w:t>
            </w:r>
          </w:p>
        </w:tc>
        <w:tc>
          <w:tcPr>
            <w:tcW w:type="dxa" w:w="260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c>
          <w:tcPr>
            <w:tcW w:type="dxa" w:w="238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Vorname *</w:t>
            </w:r>
          </w:p>
        </w:tc>
        <w:tc>
          <w:tcPr>
            <w:tcW w:type="dxa" w:w="2665"/>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2494"/>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Straße *</w:t>
            </w:r>
          </w:p>
        </w:tc>
        <w:tc>
          <w:tcPr>
            <w:tcW w:type="dxa" w:w="260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c>
          <w:tcPr>
            <w:tcW w:type="dxa" w:w="238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Hausnummer *</w:t>
            </w:r>
          </w:p>
        </w:tc>
        <w:tc>
          <w:tcPr>
            <w:tcW w:type="dxa" w:w="2665"/>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2494"/>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PLZ *</w:t>
            </w:r>
          </w:p>
        </w:tc>
        <w:tc>
          <w:tcPr>
            <w:tcW w:type="dxa" w:w="260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c>
          <w:tcPr>
            <w:tcW w:type="dxa" w:w="238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Wohnort *</w:t>
            </w:r>
          </w:p>
        </w:tc>
        <w:tc>
          <w:tcPr>
            <w:tcW w:type="dxa" w:w="2665"/>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2494"/>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Geburtsdatum *</w:t>
            </w:r>
          </w:p>
        </w:tc>
        <w:tc>
          <w:tcPr>
            <w:tcW w:type="dxa" w:w="260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c>
          <w:tcPr>
            <w:tcW w:type="dxa" w:w="238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E-Mail *</w:t>
            </w:r>
          </w:p>
        </w:tc>
        <w:tc>
          <w:tcPr>
            <w:tcW w:type="dxa" w:w="2665"/>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2494"/>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Telefon (freiwillig)</w:t>
            </w:r>
          </w:p>
        </w:tc>
        <w:tc>
          <w:tcPr>
            <w:tcW w:type="dxa" w:w="260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c>
          <w:tcPr>
            <w:tcW w:type="dxa" w:w="238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Mobil (freiwillig)</w:t>
            </w:r>
          </w:p>
        </w:tc>
        <w:tc>
          <w:tcPr>
            <w:tcW w:type="dxa" w:w="2665"/>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2494"/>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Website (freiwillig)</w:t>
            </w:r>
          </w:p>
        </w:tc>
        <w:tc>
          <w:tcPr>
            <w:tcW w:type="dxa" w:w="260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c>
          <w:tcPr>
            <w:tcW w:type="dxa" w:w="238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Zuchtname (freiwillig)</w:t>
            </w:r>
          </w:p>
        </w:tc>
        <w:tc>
          <w:tcPr>
            <w:tcW w:type="dxa" w:w="2665"/>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bl>
    <w:p>
      <w:pPr>
        <w:pStyle w:val="Heading1"/>
        <w:keepNext/>
        <w:widowControl w:val="1"/>
      </w:pPr>
      <w:r>
        <w:t>2. Familienmitglieder / Zuchtgemeinschaft</w:t>
      </w:r>
    </w:p>
    <w:p>
      <w:pPr>
        <w:spacing w:after="80"/>
        <w:widowControl w:val="1"/>
      </w:pPr>
      <w:r>
        <w:rPr>
          <w:rFonts w:ascii="Liberation Sans" w:hAnsi="Liberation Sans"/>
          <w:b w:val="0"/>
          <w:i/>
          <w:color w:val="666666"/>
          <w:sz w:val="16"/>
        </w:rPr>
        <w:t>Nur bei Familienmitgliedschaft bzw. soweit zutreffend ausfüllen.</w:t>
      </w:r>
    </w:p>
    <w:tbl>
      <w:tblPr>
        <w:tblW w:type="auto" w:w="0"/>
        <w:jc w:val="center"/>
        <w:tblLayout w:type="fixed"/>
        <w:tblLook w:firstColumn="1" w:firstRow="1" w:lastColumn="0" w:lastRow="0" w:noHBand="0" w:noVBand="1" w:val="04A0"/>
      </w:tblPr>
      <w:tblGrid>
        <w:gridCol w:w="3437"/>
        <w:gridCol w:w="3437"/>
        <w:gridCol w:w="3437"/>
      </w:tblGrid>
      <w:tr>
        <w:trPr>
          <w:trHeight w:hRule="atLeast"/>
          <w:tblHeader w:val="true"/>
        </w:trPr>
        <w:tc>
          <w:tcPr>
            <w:tcW w:type="dxa" w:w="3969"/>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shd w:fill="EAF1F2"/>
          </w:tcPr>
          <w:p>
            <w:pPr>
              <w:spacing w:after="0" w:before="0"/>
            </w:pPr>
            <w:r>
              <w:rPr>
                <w:rFonts w:ascii="Liberation Sans" w:hAnsi="Liberation Sans"/>
                <w:b/>
                <w:i w:val="0"/>
                <w:sz w:val="18"/>
              </w:rPr>
              <w:t>Name</w:t>
            </w:r>
          </w:p>
        </w:tc>
        <w:tc>
          <w:tcPr>
            <w:tcW w:type="dxa" w:w="362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shd w:fill="EAF1F2"/>
          </w:tcPr>
          <w:p>
            <w:pPr>
              <w:spacing w:after="0" w:before="0"/>
            </w:pPr>
            <w:r>
              <w:rPr>
                <w:rFonts w:ascii="Liberation Sans" w:hAnsi="Liberation Sans"/>
                <w:b/>
                <w:i w:val="0"/>
                <w:sz w:val="18"/>
              </w:rPr>
              <w:t>Vorname</w:t>
            </w:r>
          </w:p>
        </w:tc>
        <w:tc>
          <w:tcPr>
            <w:tcW w:type="dxa" w:w="2721"/>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shd w:fill="EAF1F2"/>
          </w:tcPr>
          <w:p>
            <w:pPr>
              <w:spacing w:after="0" w:before="0"/>
            </w:pPr>
            <w:r>
              <w:rPr>
                <w:rFonts w:ascii="Liberation Sans" w:hAnsi="Liberation Sans"/>
                <w:b/>
                <w:i w:val="0"/>
                <w:sz w:val="18"/>
              </w:rPr>
              <w:t>Geburtsdatum</w:t>
            </w:r>
          </w:p>
        </w:tc>
      </w:tr>
      <w:tr>
        <w:trPr>
          <w:trHeight w:hRule="atLeast"/>
        </w:trPr>
        <w:tc>
          <w:tcPr>
            <w:tcW w:type="dxa" w:w="3969"/>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362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2721"/>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r>
      <w:tr>
        <w:trPr>
          <w:trHeight w:hRule="atLeast"/>
        </w:trPr>
        <w:tc>
          <w:tcPr>
            <w:tcW w:type="dxa" w:w="3969"/>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362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2721"/>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r>
      <w:tr>
        <w:trPr>
          <w:trHeight w:hRule="atLeast"/>
        </w:trPr>
        <w:tc>
          <w:tcPr>
            <w:tcW w:type="dxa" w:w="3969"/>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362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2721"/>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r>
      <w:tr>
        <w:trPr>
          <w:trHeight w:hRule="atLeast"/>
        </w:trPr>
        <w:tc>
          <w:tcPr>
            <w:tcW w:type="dxa" w:w="3969"/>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362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c>
          <w:tcPr>
            <w:tcW w:type="dxa" w:w="2721"/>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p>
        </w:tc>
      </w:tr>
    </w:tbl>
    <w:p>
      <w:pPr>
        <w:spacing w:before="80" w:after="20"/>
        <w:widowControl w:val="1"/>
      </w:pPr>
      <w:r>
        <w:rPr>
          <w:rFonts w:ascii="Liberation Sans" w:hAnsi="Liberation Sans"/>
          <w:b/>
          <w:i w:val="0"/>
          <w:sz w:val="18"/>
        </w:rPr>
        <w:t>Gehaltene / gezüchtete Rassen und Farben (freiwillig):</w:t>
      </w:r>
    </w:p>
    <w:p>
      <w:pPr>
        <w:spacing w:after="0" w:before="0"/>
        <w:widowControl w:val="1"/>
      </w:pPr>
      <w:r>
        <w:rPr>
          <w:rFonts w:ascii="Liberation Sans" w:hAnsi="Liberation Sans"/>
          <w:b w:val="0"/>
          <w:i w:val="0"/>
          <w:color w:val="777777"/>
          <w:sz w:val="16"/>
        </w:rPr>
        <w:t>________________________________________________________________________________________</w:t>
      </w:r>
    </w:p>
    <w:p>
      <w:pPr>
        <w:spacing w:after="0" w:before="0"/>
        <w:widowControl w:val="1"/>
      </w:pPr>
      <w:r>
        <w:rPr>
          <w:rFonts w:ascii="Liberation Sans" w:hAnsi="Liberation Sans"/>
          <w:b w:val="0"/>
          <w:i w:val="0"/>
          <w:color w:val="777777"/>
          <w:sz w:val="16"/>
        </w:rPr>
        <w:t>________________________________________________________________________________________</w:t>
      </w:r>
    </w:p>
    <w:p>
      <w:pPr>
        <w:pStyle w:val="Heading1"/>
        <w:keepNext/>
        <w:widowControl w:val="1"/>
      </w:pPr>
      <w:r>
        <w:t>3. Mitgliedschaft, Beiträge und Kündigung</w:t>
      </w:r>
    </w:p>
    <w:p>
      <w:pPr>
        <w:spacing w:after="40"/>
        <w:widowControl w:val="1"/>
      </w:pPr>
      <w:r>
        <w:t>Mit der Antragstellung erkenne(n) ich/wir die jeweils gültige Satzung sowie die geltenden Beitragsregelungen des Vereins an. Mit der Abgabe dieses Antrags entsteht noch keine Mitgliedschaft. Der Vorstand entscheidet zunächst über die Aufnahme als Probemitglied für grundsätzlich sechs Monate. Die Probemitgliedschaft beginnt mit der schriftlichen Bestätigung der Annahme des Antrags. Nach etwa sechs Monaten entscheidet der Vorstand über die Aufnahme als Vollmitglied oder die Ablehnung; die Probezeit kann im Einzelfall verkürzt oder verlängert werden. Bei Ablehnung wird ein bereits entrichteter Mitgliedsbeitrag gemäß Satzung anteilig zurückerstattet.</w:t>
      </w:r>
    </w:p>
    <w:p>
      <w:pPr>
        <w:spacing w:after="40"/>
        <w:widowControl w:val="1"/>
      </w:pPr>
      <w:r>
        <w:rPr>
          <w:b/>
        </w:rPr>
        <w:t xml:space="preserve">Aufnahmegebühr: </w:t>
      </w:r>
      <w:r>
        <w:t xml:space="preserve">einmalig 10,00 €.  </w:t>
      </w:r>
      <w:r>
        <w:rPr>
          <w:b/>
        </w:rPr>
        <w:t xml:space="preserve">Austritt: </w:t>
      </w:r>
      <w:r>
        <w:t>zum Ende eines Kalenderjahres mit einer Kündigungsfrist von einem Monat. Die schriftliche Austrittserklärung muss daher spätestens bis zum 30. November beim Vorstand eingegangen sein.</w:t>
      </w:r>
    </w:p>
    <w:p>
      <w:pPr>
        <w:spacing w:before="100" w:after="20"/>
        <w:widowControl w:val="1"/>
      </w:pPr>
      <w:r>
        <w:rPr>
          <w:rFonts w:ascii="Liberation Sans" w:hAnsi="Liberation Sans"/>
          <w:b/>
          <w:i w:val="0"/>
          <w:sz w:val="20"/>
        </w:rPr>
        <w:t xml:space="preserve">Ort / Datum: </w:t>
      </w:r>
      <w:r>
        <w:t>_____________________________________________</w:t>
      </w:r>
    </w:p>
    <w:p>
      <w:pPr>
        <w:spacing w:after="20"/>
        <w:widowControl w:val="1"/>
      </w:pPr>
      <w:r>
        <w:rPr>
          <w:rFonts w:ascii="Liberation Sans" w:hAnsi="Liberation Sans"/>
          <w:b/>
          <w:i w:val="0"/>
          <w:sz w:val="20"/>
        </w:rPr>
        <w:t xml:space="preserve">Unterschrift Antragsteller/in: </w:t>
      </w:r>
      <w:r>
        <w:t>_____________________________________________</w:t>
      </w:r>
    </w:p>
    <w:p>
      <w:pPr>
        <w:spacing w:after="0"/>
        <w:widowControl w:val="1"/>
      </w:pPr>
      <w:r>
        <w:rPr>
          <w:rFonts w:ascii="Liberation Sans" w:hAnsi="Liberation Sans"/>
          <w:b/>
          <w:i w:val="0"/>
          <w:sz w:val="20"/>
        </w:rPr>
        <w:t xml:space="preserve">Bei Minderjährigen: gesetzliche/r Vertreter/in: </w:t>
      </w:r>
      <w:r>
        <w:t>________________________________</w:t>
      </w:r>
    </w:p>
    <w:p>
      <w:pPr>
        <w:widowControl w:val="1"/>
      </w:pPr>
      <w:r>
        <w:br w:type="page"/>
      </w:r>
    </w:p>
    <w:p>
      <w:pPr>
        <w:pStyle w:val="Title"/>
        <w:spacing w:before="160" w:after="20"/>
        <w:jc w:val="center"/>
        <w:widowControl w:val="1"/>
      </w:pPr>
      <w:r>
        <w:t>Datenschutz und freiwillige Einwilligungen</w:t>
      </w:r>
    </w:p>
    <w:p>
      <w:pPr>
        <w:spacing w:after="160"/>
        <w:jc w:val="center"/>
        <w:widowControl w:val="1"/>
      </w:pPr>
      <w:r>
        <w:rPr>
          <w:rFonts w:ascii="Liberation Sans" w:hAnsi="Liberation Sans"/>
          <w:b w:val="0"/>
          <w:i w:val="0"/>
          <w:color w:val="666666"/>
          <w:sz w:val="22"/>
        </w:rPr>
        <w:t>zum Mitgliedsantrag des Meerschweinchenclub Bayern e.V.</w:t>
      </w:r>
    </w:p>
    <w:p>
      <w:pPr>
        <w:pStyle w:val="Heading1"/>
        <w:keepNext/>
        <w:widowControl w:val="1"/>
      </w:pPr>
      <w:r>
        <w:t>1. Datenschutz bei Antrag und Mitgliedschaft</w:t>
      </w:r>
    </w:p>
    <w:p>
      <w:pPr>
        <w:widowControl w:val="1"/>
      </w:pPr>
      <w:r>
        <w:t>Der Meerschweinchenclub Bayern e.V. verarbeitet die im Mitgliedsantrag angegebenen personenbezogenen Daten, soweit dies zur Bearbeitung des Antrags sowie zur Begründung, Durchführung und Verwaltung der Mitgliedschaft erforderlich ist. Die Verarbeitung der hierfür erforderlichen Daten erfolgt insbesondere auf Grundlage von Art. 6 Abs. 1 lit. b DSGVO. Soweit gesetzliche Verpflichtungen oder berechtigte Interessen des Vereins eine Verarbeitung rechtfertigen, können weitere gesetzliche Rechtsgrundlagen hinzukommen.</w:t>
      </w:r>
    </w:p>
    <w:p>
      <w:pPr>
        <w:widowControl w:val="1"/>
      </w:pPr>
      <w:r>
        <w:t>Die für die Mitgliedschaft erforderliche Datenverarbeitung ist keine freiwillige Einwilligung. Ausführliche Informationen zu Zwecken, Empfängern, Speicherdauer und Betroffenenrechten werden in den Datenschutzinformationen für Mitglieder gemäß Art. 13 DSGVO bereitgestellt.</w:t>
      </w:r>
    </w:p>
    <w:p>
      <w:pPr>
        <w:pStyle w:val="Heading1"/>
        <w:keepNext/>
        <w:widowControl w:val="1"/>
      </w:pPr>
      <w:r>
        <w:t>2. Freiwillige Einwilligungen für Veröffentlichungen</w:t>
      </w:r>
    </w:p>
    <w:p>
      <w:pPr>
        <w:widowControl w:val="1"/>
      </w:pPr>
      <w:r>
        <w:t>Die folgenden Einwilligungen sind freiwillig. Eine Verweigerung oder ein späterer Widerruf hat keinen Einfluss auf die Mitgliedschaft. Erteilte Einwilligungen können jederzeit mit Wirkung für die Zukunft gegenüber dem Verein widerrufen werden.</w:t>
      </w:r>
    </w:p>
    <w:p>
      <w:pPr>
        <w:spacing w:after="50"/>
        <w:ind w:left="0"/>
        <w:widowControl w:val="1"/>
      </w:pPr>
      <w:r>
        <w:rPr>
          <w:rFonts w:ascii="DejaVu Sans" w:hAnsi="DejaVu Sans"/>
          <w:b w:val="0"/>
          <w:i w:val="0"/>
          <w:sz w:val="21"/>
        </w:rPr>
        <w:t xml:space="preserve">☐  </w:t>
      </w:r>
      <w:r>
        <w:rPr>
          <w:rFonts w:ascii="Liberation Sans" w:hAnsi="Liberation Sans"/>
          <w:b w:val="0"/>
          <w:i w:val="0"/>
          <w:sz w:val="19"/>
        </w:rPr>
        <w:t>Fotos, auf denen ich erkennbar abgebildet bin, dürfen im Zusammenhang mit Vereinsveranstaltungen auf der Vereinswebsite veröffentlicht werden.</w:t>
      </w:r>
    </w:p>
    <w:p>
      <w:pPr>
        <w:spacing w:after="50"/>
        <w:ind w:left="0"/>
        <w:widowControl w:val="1"/>
      </w:pPr>
      <w:r>
        <w:rPr>
          <w:rFonts w:ascii="DejaVu Sans" w:hAnsi="DejaVu Sans"/>
          <w:b w:val="0"/>
          <w:i w:val="0"/>
          <w:sz w:val="21"/>
        </w:rPr>
        <w:t xml:space="preserve">☐  </w:t>
      </w:r>
      <w:r>
        <w:rPr>
          <w:rFonts w:ascii="Liberation Sans" w:hAnsi="Liberation Sans"/>
          <w:b w:val="0"/>
          <w:i w:val="0"/>
          <w:sz w:val="19"/>
        </w:rPr>
        <w:t>Fotos, auf denen ich erkennbar abgebildet bin, dürfen im Zusammenhang mit Vereinsveranstaltungen auf den vom Verein genutzten Social-Media-Kanälen veröffentlicht werden.</w:t>
      </w:r>
    </w:p>
    <w:p>
      <w:pPr>
        <w:spacing w:after="50"/>
        <w:ind w:left="0"/>
        <w:widowControl w:val="1"/>
      </w:pPr>
      <w:r>
        <w:rPr>
          <w:rFonts w:ascii="DejaVu Sans" w:hAnsi="DejaVu Sans"/>
          <w:b w:val="0"/>
          <w:i w:val="0"/>
          <w:sz w:val="21"/>
        </w:rPr>
        <w:t xml:space="preserve">☐  </w:t>
      </w:r>
      <w:r>
        <w:rPr>
          <w:rFonts w:ascii="Liberation Sans" w:hAnsi="Liberation Sans"/>
          <w:b w:val="0"/>
          <w:i w:val="0"/>
          <w:sz w:val="19"/>
        </w:rPr>
        <w:t>Mein Name darf zusammen mit Ausstellungsergebnissen, Bewertungen und Platzierungen auf der Vereinswebsite veröffentlicht werden.</w:t>
      </w:r>
    </w:p>
    <w:p>
      <w:pPr>
        <w:spacing w:after="50"/>
        <w:ind w:left="0"/>
        <w:widowControl w:val="1"/>
      </w:pPr>
      <w:r>
        <w:rPr>
          <w:rFonts w:ascii="DejaVu Sans" w:hAnsi="DejaVu Sans"/>
          <w:b w:val="0"/>
          <w:i w:val="0"/>
          <w:sz w:val="21"/>
        </w:rPr>
        <w:t xml:space="preserve">☐  </w:t>
      </w:r>
      <w:r>
        <w:rPr>
          <w:rFonts w:ascii="Liberation Sans" w:hAnsi="Liberation Sans"/>
          <w:b w:val="0"/>
          <w:i w:val="0"/>
          <w:sz w:val="19"/>
        </w:rPr>
        <w:t>Mein Name darf zusammen mit Ausstellungsergebnissen, Bewertungen und Platzierungen auf den vom Verein genutzten Social-Media-Kanälen veröffentlicht werden.</w:t>
      </w:r>
    </w:p>
    <w:p>
      <w:pPr>
        <w:spacing w:after="50"/>
        <w:ind w:left="0"/>
        <w:widowControl w:val="1"/>
      </w:pPr>
      <w:r>
        <w:rPr>
          <w:rFonts w:ascii="DejaVu Sans" w:hAnsi="DejaVu Sans"/>
          <w:b w:val="0"/>
          <w:i w:val="0"/>
          <w:sz w:val="21"/>
        </w:rPr>
        <w:t xml:space="preserve">☐  </w:t>
      </w:r>
      <w:r>
        <w:rPr>
          <w:rFonts w:ascii="Liberation Sans" w:hAnsi="Liberation Sans"/>
          <w:b w:val="0"/>
          <w:i w:val="0"/>
          <w:sz w:val="19"/>
        </w:rPr>
        <w:t>Sofern ich als Züchter/in geführt werde, dürfen mein Name, mein Zuchtname und die von mir hierfür angegebenen Kontaktdaten in der öffentlichen Züchterliste des Vereins veröffentlicht werden.</w:t>
      </w:r>
    </w:p>
    <w:p>
      <w:pPr>
        <w:spacing w:before="60" w:after="40"/>
        <w:widowControl w:val="1"/>
      </w:pPr>
      <w:r>
        <w:rPr>
          <w:rFonts w:ascii="Liberation Sans" w:hAnsi="Liberation Sans"/>
          <w:b/>
          <w:i w:val="0"/>
          <w:sz w:val="18"/>
        </w:rPr>
        <w:t>Für die öffentliche Züchterliste dürfen - soweit angegeben - folgende Kontaktdaten verwendet werden:</w:t>
      </w:r>
    </w:p>
    <w:p>
      <w:pPr>
        <w:spacing w:after="80"/>
        <w:ind w:left="227"/>
        <w:widowControl w:val="1"/>
      </w:pPr>
      <w:r>
        <w:rPr>
          <w:rFonts w:ascii="DejaVu Sans" w:hAnsi="DejaVu Sans"/>
          <w:b w:val="0"/>
          <w:i w:val="0"/>
          <w:sz w:val="18"/>
        </w:rPr>
        <w:t>☐ E-Mail    ☐ Telefon/Mobil    ☐ Website    ☐ Wohnort (ohne Straße/Hausnummer)</w:t>
      </w:r>
    </w:p>
    <w:p>
      <w:pPr>
        <w:spacing w:after="80"/>
        <w:widowControl w:val="1"/>
      </w:pPr>
      <w:r>
        <w:rPr>
          <w:rFonts w:ascii="Liberation Sans" w:hAnsi="Liberation Sans"/>
          <w:b w:val="0"/>
          <w:i/>
          <w:color w:val="666666"/>
          <w:sz w:val="16"/>
        </w:rPr>
        <w:t>Hinweis zu sozialen Medien: Bei Veröffentlichungen können personenbezogene Daten durch die jeweiligen Plattformbetreiber verarbeitet werden. Näheres regelt die Datenschutzerklärung des Vereins.</w:t>
      </w:r>
    </w:p>
    <w:p>
      <w:pPr>
        <w:spacing w:before="100" w:after="20"/>
        <w:widowControl w:val="1"/>
      </w:pPr>
      <w:r>
        <w:rPr>
          <w:rFonts w:ascii="Liberation Sans" w:hAnsi="Liberation Sans"/>
          <w:b/>
          <w:i w:val="0"/>
          <w:sz w:val="20"/>
        </w:rPr>
        <w:t xml:space="preserve">Ort / Datum: </w:t>
      </w:r>
      <w:r>
        <w:t>_____________________________________________</w:t>
      </w:r>
    </w:p>
    <w:p>
      <w:pPr>
        <w:spacing w:after="20"/>
        <w:widowControl w:val="1"/>
      </w:pPr>
      <w:r>
        <w:rPr>
          <w:rFonts w:ascii="Liberation Sans" w:hAnsi="Liberation Sans"/>
          <w:b/>
          <w:i w:val="0"/>
          <w:sz w:val="20"/>
        </w:rPr>
        <w:t xml:space="preserve">Unterschrift für die oben angekreuzten freiwilligen Einwilligungen: </w:t>
      </w:r>
      <w:r>
        <w:t>______________________</w:t>
      </w:r>
    </w:p>
    <w:p>
      <w:pPr>
        <w:spacing w:after="80"/>
        <w:widowControl w:val="1"/>
      </w:pPr>
      <w:r>
        <w:rPr>
          <w:rFonts w:ascii="Liberation Sans" w:hAnsi="Liberation Sans"/>
          <w:b/>
          <w:i w:val="0"/>
          <w:sz w:val="20"/>
        </w:rPr>
        <w:t xml:space="preserve">Bei Minderjährigen: gesetzliche/r Vertreter/in: </w:t>
      </w:r>
      <w:r>
        <w:t>________________________________</w:t>
      </w:r>
    </w:p>
    <w:p>
      <w:pPr>
        <w:spacing w:after="80"/>
        <w:widowControl w:val="1"/>
      </w:pPr>
      <w:r>
        <w:rPr>
          <w:rFonts w:ascii="Liberation Sans" w:hAnsi="Liberation Sans"/>
          <w:b w:val="0"/>
          <w:i/>
          <w:color w:val="666666"/>
          <w:sz w:val="16"/>
        </w:rPr>
        <w:t>Die Unterschrift in diesem Abschnitt ist nur erforderlich, wenn mindestens eine freiwillige Einwilligung erteilt wird.</w:t>
      </w:r>
    </w:p>
    <w:p>
      <w:pPr>
        <w:pStyle w:val="Heading1"/>
        <w:keepNext/>
        <w:widowControl w:val="1"/>
      </w:pPr>
      <w:r>
        <w:t>3. Haftung bei Vereinsaktivitäten</w:t>
      </w:r>
    </w:p>
    <w:p>
      <w:pPr>
        <w:widowControl w:val="1"/>
      </w:pPr>
      <w:r>
        <w:t>Für die Haftung des Meerschweinchenclub Bayern e.V. gelten die gesetzlichen Bestimmungen. Für einzelne Veranstaltungen können ergänzende Teilnahme-, Sicherheits- oder Veranstaltungsbedingungen gelten; diese werden den Teilnehmenden gegebenenfalls gesondert bekannt gegeben.</w:t>
      </w:r>
    </w:p>
    <w:p>
      <w:pPr>
        <w:pStyle w:val="Heading1"/>
        <w:keepNext/>
        <w:widowControl w:val="1"/>
      </w:pPr>
      <w:r>
        <w:t>4. Kontakt für Datenschutzfragen und Widerrufe</w:t>
      </w:r>
    </w:p>
    <w:p>
      <w:pPr>
        <w:widowControl w:val="1"/>
      </w:pPr>
      <w:r>
        <w:t>Meerschweinchenclub Bayern e.V., Pinselgraben 8, 93476 Blaibach</w:t>
        <w:br/>
        <w:t>E-Mail: vorstand@meerschweinchenclubbayern-mcb.de</w:t>
      </w:r>
    </w:p>
    <w:p>
      <w:pPr>
        <w:widowControl w:val="1"/>
      </w:pPr>
      <w:r>
        <w:br w:type="page"/>
      </w:r>
    </w:p>
    <w:p>
      <w:pPr>
        <w:pStyle w:val="Title"/>
        <w:spacing w:before="160" w:after="20"/>
        <w:jc w:val="center"/>
        <w:widowControl w:val="1"/>
      </w:pPr>
      <w:r>
        <w:t>SEPA-Lastschriftmandat</w:t>
      </w:r>
    </w:p>
    <w:p>
      <w:pPr>
        <w:spacing w:after="160"/>
        <w:jc w:val="center"/>
        <w:widowControl w:val="1"/>
      </w:pPr>
      <w:r>
        <w:rPr>
          <w:rFonts w:ascii="Liberation Sans" w:hAnsi="Liberation Sans"/>
          <w:b w:val="0"/>
          <w:i w:val="0"/>
          <w:color w:val="666666"/>
          <w:sz w:val="22"/>
        </w:rPr>
        <w:t>für wiederkehrende Zahlungen - optional</w:t>
      </w:r>
    </w:p>
    <w:p>
      <w:pPr>
        <w:spacing w:after="80"/>
        <w:widowControl w:val="1"/>
      </w:pPr>
      <w:r>
        <w:rPr>
          <w:rFonts w:ascii="Liberation Sans" w:hAnsi="Liberation Sans"/>
          <w:b w:val="0"/>
          <w:i/>
          <w:color w:val="666666"/>
          <w:sz w:val="16"/>
        </w:rPr>
        <w:t>Nur ausfüllen und unterschreiben, wenn der Mitgliedsbeitrag per Lastschrift eingezogen werden soll.</w:t>
      </w:r>
    </w:p>
    <w:tbl>
      <w:tblPr>
        <w:tblW w:type="auto" w:w="0"/>
        <w:jc w:val="center"/>
        <w:tblLayout w:type="fixed"/>
        <w:tblLook w:firstColumn="1" w:firstRow="1" w:lastColumn="0" w:lastRow="0" w:noHBand="0" w:noVBand="1" w:val="04A0"/>
      </w:tblPr>
      <w:tblGrid>
        <w:gridCol w:w="2578"/>
        <w:gridCol w:w="2578"/>
        <w:gridCol w:w="2578"/>
        <w:gridCol w:w="2578"/>
      </w:tblGrid>
      <w:tr>
        <w:trPr>
          <w:trHeight w:hRule="atLeast"/>
        </w:trPr>
        <w:tc>
          <w:tcPr>
            <w:tcW w:type="dxa" w:w="1984"/>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shd w:fill="EAF1F2"/>
          </w:tcPr>
          <w:p>
            <w:pPr>
              <w:spacing w:after="0" w:before="0"/>
            </w:pPr>
            <w:r>
              <w:rPr>
                <w:rFonts w:ascii="Liberation Sans" w:hAnsi="Liberation Sans"/>
                <w:b/>
                <w:i w:val="0"/>
                <w:sz w:val="18"/>
              </w:rPr>
              <w:t>Gläubiger-ID:</w:t>
            </w:r>
          </w:p>
        </w:tc>
        <w:tc>
          <w:tcPr>
            <w:tcW w:type="dxa" w:w="2891"/>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t>DE18ZZZ00000077924</w:t>
            </w:r>
          </w:p>
        </w:tc>
        <w:tc>
          <w:tcPr>
            <w:tcW w:type="dxa" w:w="226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shd w:fill="EAF1F2"/>
          </w:tcPr>
          <w:p>
            <w:pPr>
              <w:spacing w:after="0" w:before="0"/>
            </w:pPr>
            <w:r>
              <w:rPr>
                <w:rFonts w:ascii="Liberation Sans" w:hAnsi="Liberation Sans"/>
                <w:b/>
                <w:i w:val="0"/>
                <w:sz w:val="18"/>
              </w:rPr>
              <w:t>Mandatsreferenz:</w:t>
            </w:r>
          </w:p>
        </w:tc>
        <w:tc>
          <w:tcPr>
            <w:tcW w:type="dxa" w:w="3175"/>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bl>
    <w:p>
      <w:pPr>
        <w:widowControl w:val="1"/>
      </w:pPr>
      <w:r>
        <w:t>Ich/Wir ermächtige(n) den Meerschweinchenclub Bayern e.V., Zahlungen von meinem/unserem Konto mittels Lastschrift einzuziehen. Zugleich weise(n) ich/wir mein/unser Kreditinstitut an, die vom Meerschweinchenclub Bayern e.V. auf mein/unser Konto gezogenen Lastschriften einzulösen.</w:t>
      </w:r>
    </w:p>
    <w:p>
      <w:pPr>
        <w:spacing w:after="140"/>
        <w:widowControl w:val="1"/>
      </w:pPr>
      <w:r>
        <w:rPr>
          <w:rFonts w:ascii="Liberation Sans" w:hAnsi="Liberation Sans"/>
          <w:b/>
          <w:i w:val="0"/>
          <w:sz w:val="20"/>
        </w:rPr>
        <w:t xml:space="preserve">Hinweis: </w:t>
      </w:r>
      <w:r>
        <w:t>Ich kann/Wir können innerhalb von acht Wochen, beginnend mit dem Belastungsdatum, die Erstattung des belasteten Betrags verlangen. Es gelten dabei die mit meinem/unserem Kreditinstitut vereinbarten Bedingungen.</w:t>
      </w:r>
    </w:p>
    <w:p>
      <w:pPr>
        <w:pStyle w:val="Heading1"/>
        <w:keepNext/>
        <w:widowControl w:val="1"/>
      </w:pPr>
      <w:r>
        <w:t>Kontoinhaber / Bankverbindung</w:t>
      </w:r>
    </w:p>
    <w:tbl>
      <w:tblPr>
        <w:tblW w:type="auto" w:w="0"/>
        <w:jc w:val="center"/>
        <w:tblLayout w:type="fixed"/>
        <w:tblLook w:firstColumn="1" w:firstRow="1" w:lastColumn="0" w:lastRow="0" w:noHBand="0" w:noVBand="1" w:val="04A0"/>
      </w:tblPr>
      <w:tblGrid>
        <w:gridCol w:w="5156"/>
        <w:gridCol w:w="5156"/>
      </w:tblGrid>
      <w:tr>
        <w:trPr>
          <w:trHeight w:hRule="atLeast"/>
        </w:trPr>
        <w:tc>
          <w:tcPr>
            <w:tcW w:type="dxa" w:w="306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Name Kontoinhaber/in</w:t>
            </w:r>
          </w:p>
        </w:tc>
        <w:tc>
          <w:tcPr>
            <w:tcW w:type="dxa" w:w="7257"/>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306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Name Kreditinstitut</w:t>
            </w:r>
          </w:p>
        </w:tc>
        <w:tc>
          <w:tcPr>
            <w:tcW w:type="dxa" w:w="7257"/>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306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IBAN</w:t>
            </w:r>
          </w:p>
        </w:tc>
        <w:tc>
          <w:tcPr>
            <w:tcW w:type="dxa" w:w="7257"/>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r>
        <w:trPr>
          <w:trHeight w:hRule="atLeast"/>
        </w:trPr>
        <w:tc>
          <w:tcPr>
            <w:tcW w:type="dxa" w:w="3061"/>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BIC</w:t>
            </w:r>
          </w:p>
        </w:tc>
        <w:tc>
          <w:tcPr>
            <w:tcW w:type="dxa" w:w="7257"/>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r>
          </w:p>
        </w:tc>
      </w:tr>
    </w:tbl>
    <w:p>
      <w:pPr>
        <w:spacing w:before="160"/>
        <w:widowControl w:val="1"/>
      </w:pPr>
      <w:r>
        <w:rPr>
          <w:b/>
        </w:rPr>
        <w:t xml:space="preserve">Einzugstermin: </w:t>
      </w:r>
      <w:r>
        <w:t>Der Jahresbeitrag wird grundsätzlich zum 20.01. oder - falls dieser Tag auf ein Wochenende oder einen Feiertag fällt - am darauffolgenden Bankarbeitstag eingezogen. Die Beitragshöhe ergibt sich aus den jeweils geltenden Beitragsregelungen.</w:t>
      </w:r>
    </w:p>
    <w:p>
      <w:pPr>
        <w:widowControl w:val="1"/>
      </w:pPr>
      <w:r>
        <w:rPr>
          <w:b/>
        </w:rPr>
        <w:t xml:space="preserve">Vorabinformation: </w:t>
      </w:r>
      <w:r>
        <w:t>Über von den üblichen Terminen oder Beträgen abweichende Kontobelastungen informiert der Verein mindestens drei Tage vor Fälligkeit.</w:t>
      </w:r>
    </w:p>
    <w:p>
      <w:pPr>
        <w:spacing w:before="280" w:after="60"/>
        <w:widowControl w:val="1"/>
      </w:pPr>
      <w:r>
        <w:rPr>
          <w:rFonts w:ascii="Liberation Sans" w:hAnsi="Liberation Sans"/>
          <w:b/>
          <w:i w:val="0"/>
          <w:sz w:val="20"/>
        </w:rPr>
        <w:t xml:space="preserve">Ort / Datum: </w:t>
      </w:r>
      <w:r>
        <w:t>_____________________________________________</w:t>
      </w:r>
    </w:p>
    <w:p>
      <w:pPr>
        <w:spacing w:after="60"/>
        <w:widowControl w:val="1"/>
      </w:pPr>
      <w:r>
        <w:rPr>
          <w:rFonts w:ascii="Liberation Sans" w:hAnsi="Liberation Sans"/>
          <w:b/>
          <w:i w:val="0"/>
          <w:sz w:val="20"/>
        </w:rPr>
        <w:t xml:space="preserve">Unterschrift Kontoinhaber/in: </w:t>
      </w:r>
      <w:r>
        <w:t>___________________________________</w:t>
      </w:r>
    </w:p>
    <w:tbl>
      <w:tblPr>
        <w:tblW w:type="auto" w:w="0"/>
        <w:jc w:val="center"/>
        <w:tblLayout w:type="fixed"/>
        <w:tblLook w:firstColumn="1" w:firstRow="1" w:lastColumn="0" w:lastRow="0" w:noHBand="0" w:noVBand="1" w:val="04A0"/>
      </w:tblPr>
      <w:tblGrid>
        <w:gridCol w:w="10312"/>
      </w:tblGrid>
      <w:tr>
        <w:trPr>
          <w:trHeight w:hRule="atLeast"/>
        </w:trPr>
        <w:tc>
          <w:tcPr>
            <w:tcW w:type="dxa" w:w="10318"/>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shd w:fill="EAF1F2"/>
          </w:tcPr>
          <w:p>
            <w:pPr>
              <w:spacing w:after="0" w:before="0"/>
            </w:pPr>
            <w:r>
              <w:rPr>
                <w:rFonts w:ascii="Liberation Sans" w:hAnsi="Liberation Sans"/>
                <w:b/>
                <w:i w:val="0"/>
                <w:color w:val="2F5D62"/>
                <w:sz w:val="18"/>
              </w:rPr>
              <w:t xml:space="preserve">Bitte beachten: </w:t>
            </w:r>
            <w:r>
              <w:rPr>
                <w:rFonts w:ascii="Liberation Sans" w:hAnsi="Liberation Sans"/>
                <w:b w:val="0"/>
                <w:i w:val="0"/>
                <w:sz w:val="18"/>
              </w:rPr>
              <w:t>Änderungen der Bankverbindung bitte der Mitgliederverwaltung rechtzeitig mitteilen, um Rücklastschriftkosten zu vermeiden.</w:t>
            </w:r>
          </w:p>
        </w:tc>
      </w:tr>
    </w:tbl>
    <w:p>
      <w:pPr>
        <w:widowControl w:val="1"/>
      </w:pPr>
      <w:r>
        <w:br w:type="page"/>
      </w:r>
    </w:p>
    <w:p>
      <w:pPr>
        <w:pStyle w:val="Title"/>
        <w:spacing w:before="160" w:after="20"/>
        <w:jc w:val="center"/>
        <w:widowControl w:val="1"/>
      </w:pPr>
      <w:r>
        <w:t>Beiblatt zum Mitgliedsantrag</w:t>
      </w:r>
    </w:p>
    <w:p>
      <w:pPr>
        <w:spacing w:after="160"/>
        <w:jc w:val="center"/>
        <w:widowControl w:val="1"/>
      </w:pPr>
      <w:r>
        <w:rPr>
          <w:rFonts w:ascii="Liberation Sans" w:hAnsi="Liberation Sans"/>
          <w:b w:val="0"/>
          <w:i w:val="0"/>
          <w:color w:val="666666"/>
          <w:sz w:val="22"/>
        </w:rPr>
        <w:t>Wichtige Hinweise zur Antragstellung und Mitgliederverwaltung</w:t>
      </w:r>
    </w:p>
    <w:p>
      <w:pPr>
        <w:pStyle w:val="Heading1"/>
        <w:keepNext/>
        <w:widowControl w:val="1"/>
      </w:pPr>
      <w:r>
        <w:t>1. Ansprechpartnerin Mitgliederverwaltung</w:t>
      </w:r>
    </w:p>
    <w:p>
      <w:pPr>
        <w:widowControl w:val="1"/>
      </w:pPr>
      <w:r>
        <w:t>Theresa Putz</w:t>
        <w:br/>
        <w:t>Hönighausen 18, 93138 Lappersdorf</w:t>
        <w:br/>
        <w:t>Telefon: +49 171 1176110</w:t>
        <w:br/>
        <w:t>E-Mail: kassenwart@meerschweinchenclubbayern-mcb.de</w:t>
      </w:r>
    </w:p>
    <w:p>
      <w:pPr>
        <w:pStyle w:val="Heading1"/>
        <w:keepNext/>
        <w:widowControl w:val="1"/>
      </w:pPr>
      <w:r>
        <w:t>2. Wohin sende ich den Mitgliedsantrag?</w:t>
      </w:r>
    </w:p>
    <w:p>
      <w:pPr>
        <w:widowControl w:val="1"/>
      </w:pPr>
      <w:r>
        <w:t>Bitte senden Sie den vollständig ausgefüllten und unterschriebenen Antrag vorzugsweise per E-Mail an kassenwart@meerschweinchenclubbayern-mcb.de. Alternativ ist der Postweg an die oben genannte Adresse möglich.</w:t>
      </w:r>
    </w:p>
    <w:p>
      <w:pPr>
        <w:pStyle w:val="Heading1"/>
        <w:keepNext/>
        <w:widowControl w:val="1"/>
      </w:pPr>
      <w:r>
        <w:t>3. Checkliste vor dem Absenden</w:t>
      </w:r>
    </w:p>
    <w:p>
      <w:pPr>
        <w:spacing w:after="50"/>
        <w:ind w:left="113"/>
        <w:widowControl w:val="1"/>
      </w:pPr>
      <w:r>
        <w:rPr>
          <w:rFonts w:ascii="DejaVu Sans" w:hAnsi="DejaVu Sans"/>
          <w:b w:val="0"/>
          <w:i w:val="0"/>
          <w:sz w:val="21"/>
        </w:rPr>
        <w:t xml:space="preserve">☐  </w:t>
      </w:r>
      <w:r>
        <w:rPr>
          <w:rFonts w:ascii="Liberation Sans" w:hAnsi="Liberation Sans"/>
          <w:b w:val="0"/>
          <w:i w:val="0"/>
          <w:sz w:val="19"/>
        </w:rPr>
        <w:t>Pflichtfelder vollständig und gut lesbar ausgefüllt</w:t>
      </w:r>
    </w:p>
    <w:p>
      <w:pPr>
        <w:spacing w:after="50"/>
        <w:ind w:left="113"/>
        <w:widowControl w:val="1"/>
      </w:pPr>
      <w:r>
        <w:rPr>
          <w:rFonts w:ascii="DejaVu Sans" w:hAnsi="DejaVu Sans"/>
          <w:b w:val="0"/>
          <w:i w:val="0"/>
          <w:sz w:val="21"/>
        </w:rPr>
        <w:t xml:space="preserve">☐  </w:t>
      </w:r>
      <w:r>
        <w:rPr>
          <w:rFonts w:ascii="Liberation Sans" w:hAnsi="Liberation Sans"/>
          <w:b w:val="0"/>
          <w:i w:val="0"/>
          <w:sz w:val="19"/>
        </w:rPr>
        <w:t>Beitragsart (Einzelmitgliedschaft / Familienmitgliedschaft) angekreuzt</w:t>
      </w:r>
    </w:p>
    <w:p>
      <w:pPr>
        <w:spacing w:after="50"/>
        <w:ind w:left="113"/>
        <w:widowControl w:val="1"/>
      </w:pPr>
      <w:r>
        <w:rPr>
          <w:rFonts w:ascii="DejaVu Sans" w:hAnsi="DejaVu Sans"/>
          <w:b w:val="0"/>
          <w:i w:val="0"/>
          <w:sz w:val="21"/>
        </w:rPr>
        <w:t xml:space="preserve">☐  </w:t>
      </w:r>
      <w:r>
        <w:rPr>
          <w:rFonts w:ascii="Liberation Sans" w:hAnsi="Liberation Sans"/>
          <w:b w:val="0"/>
          <w:i w:val="0"/>
          <w:sz w:val="19"/>
        </w:rPr>
        <w:t>Ort, Datum und Unterschrift auf dem Mitgliedsantrag vorhanden</w:t>
      </w:r>
    </w:p>
    <w:p>
      <w:pPr>
        <w:spacing w:after="50"/>
        <w:ind w:left="113"/>
        <w:widowControl w:val="1"/>
      </w:pPr>
      <w:r>
        <w:rPr>
          <w:rFonts w:ascii="DejaVu Sans" w:hAnsi="DejaVu Sans"/>
          <w:b w:val="0"/>
          <w:i w:val="0"/>
          <w:sz w:val="21"/>
        </w:rPr>
        <w:t xml:space="preserve">☐  </w:t>
      </w:r>
      <w:r>
        <w:rPr>
          <w:rFonts w:ascii="Liberation Sans" w:hAnsi="Liberation Sans"/>
          <w:b w:val="0"/>
          <w:i w:val="0"/>
          <w:sz w:val="19"/>
        </w:rPr>
        <w:t>bei Minderjährigen: Unterschrift der gesetzlichen Vertretung vorhanden</w:t>
      </w:r>
    </w:p>
    <w:p>
      <w:pPr>
        <w:spacing w:after="50"/>
        <w:ind w:left="113"/>
        <w:widowControl w:val="1"/>
      </w:pPr>
      <w:r>
        <w:rPr>
          <w:rFonts w:ascii="DejaVu Sans" w:hAnsi="DejaVu Sans"/>
          <w:b w:val="0"/>
          <w:i w:val="0"/>
          <w:sz w:val="21"/>
        </w:rPr>
        <w:t xml:space="preserve">☐  </w:t>
      </w:r>
      <w:r>
        <w:rPr>
          <w:rFonts w:ascii="Liberation Sans" w:hAnsi="Liberation Sans"/>
          <w:b w:val="0"/>
          <w:i w:val="0"/>
          <w:sz w:val="19"/>
        </w:rPr>
        <w:t>freiwillige Einwilligungen nur soweit gewünscht angekreuzt und gegebenenfalls separat unterschrieben</w:t>
      </w:r>
    </w:p>
    <w:p>
      <w:pPr>
        <w:spacing w:after="50"/>
        <w:ind w:left="113"/>
        <w:widowControl w:val="1"/>
      </w:pPr>
      <w:r>
        <w:rPr>
          <w:rFonts w:ascii="DejaVu Sans" w:hAnsi="DejaVu Sans"/>
          <w:b w:val="0"/>
          <w:i w:val="0"/>
          <w:sz w:val="21"/>
        </w:rPr>
        <w:t xml:space="preserve">☐  </w:t>
      </w:r>
      <w:r>
        <w:rPr>
          <w:rFonts w:ascii="Liberation Sans" w:hAnsi="Liberation Sans"/>
          <w:b w:val="0"/>
          <w:i w:val="0"/>
          <w:sz w:val="19"/>
        </w:rPr>
        <w:t>bei SEPA-Lastschrift: Mandat vollständig ausgefüllt und unterschrieben</w:t>
      </w:r>
    </w:p>
    <w:p>
      <w:pPr>
        <w:pStyle w:val="Heading1"/>
        <w:keepNext/>
        <w:widowControl w:val="1"/>
      </w:pPr>
      <w:r>
        <w:t>4. Ablauf der Mitgliedschaft</w:t>
      </w:r>
    </w:p>
    <w:p>
      <w:pPr>
        <w:widowControl w:val="1"/>
      </w:pPr>
      <w:r>
        <w:t>Die Abgabe des Mitgliedsantrags führt noch nicht automatisch zu einer Mitgliedschaft. Gemäß Satzung entscheidet der Vorstand zunächst über eine Probemitgliedschaft für grundsätzlich sechs Monate. Die Probemitgliedschaft beginnt mit der schriftlichen Bestätigung der Annahme des Antrags. Nach etwa sechs Monaten entscheidet der Vorstand über die Aufnahme als Vollmitglied oder über die Ablehnung. Die Probezeit kann in Einzelfällen verkürzt oder verlängert werden.</w:t>
      </w:r>
    </w:p>
    <w:p>
      <w:pPr>
        <w:widowControl w:val="1"/>
      </w:pPr>
      <w:r>
        <w:t>Während der Probezeit ist gemäß Satzung eine Bewerbung um ein Vorstandsamt oder um die Mitgliedschaft in einer Kommission nicht möglich. Bei Ablehnung der Vollmitgliedschaft wird ein bereits entrichteter Mitgliedsbeitrag gemäß Satzung anteilig zurückerstattet.</w:t>
      </w:r>
    </w:p>
    <w:p>
      <w:pPr>
        <w:pStyle w:val="Heading1"/>
        <w:keepNext/>
        <w:widowControl w:val="1"/>
      </w:pPr>
      <w:r>
        <w:t>5. Beiträge und Kündigung</w:t>
      </w:r>
    </w:p>
    <w:tbl>
      <w:tblPr>
        <w:tblW w:type="auto" w:w="0"/>
        <w:jc w:val="center"/>
        <w:tblLayout w:type="fixed"/>
        <w:tblLook w:firstColumn="1" w:firstRow="1" w:lastColumn="0" w:lastRow="0" w:noHBand="0" w:noVBand="1" w:val="04A0"/>
      </w:tblPr>
      <w:tblGrid>
        <w:gridCol w:w="5156"/>
        <w:gridCol w:w="5156"/>
      </w:tblGrid>
      <w:tr>
        <w:trPr>
          <w:trHeight w:hRule="atLeast"/>
        </w:trPr>
        <w:tc>
          <w:tcPr>
            <w:tcW w:type="dxa" w:w="5102"/>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Einzelmitgliedschaft</w:t>
            </w:r>
          </w:p>
        </w:tc>
        <w:tc>
          <w:tcPr>
            <w:tcW w:type="dxa" w:w="5216"/>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t>30,00 € jährlich</w:t>
            </w:r>
          </w:p>
        </w:tc>
      </w:tr>
      <w:tr>
        <w:trPr>
          <w:trHeight w:hRule="atLeast"/>
        </w:trPr>
        <w:tc>
          <w:tcPr>
            <w:tcW w:type="dxa" w:w="5102"/>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Familienmitgliedschaft</w:t>
            </w:r>
          </w:p>
        </w:tc>
        <w:tc>
          <w:tcPr>
            <w:tcW w:type="dxa" w:w="5216"/>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t>35,00 € jährlich</w:t>
            </w:r>
          </w:p>
        </w:tc>
      </w:tr>
      <w:tr>
        <w:trPr>
          <w:trHeight w:hRule="atLeast"/>
        </w:trPr>
        <w:tc>
          <w:tcPr>
            <w:tcW w:type="dxa" w:w="5102"/>
            <w:shd w:fill="EAF1F2"/>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i w:val="0"/>
                <w:sz w:val="18"/>
              </w:rPr>
              <w:t>Aufnahmegebühr</w:t>
            </w:r>
          </w:p>
        </w:tc>
        <w:tc>
          <w:tcPr>
            <w:tcW w:type="dxa" w:w="5216"/>
            <w:vAlign w:val="center"/>
            <w:tcMar>
              <w:top w:w="70" w:type="dxa"/>
              <w:start w:w="90" w:type="dxa"/>
              <w:bottom w:w="70" w:type="dxa"/>
              <w:end w:w="90" w:type="dxa"/>
            </w:tcMar>
            <w:tcBorders>
              <w:top w:val="single" w:sz="4" w:color="A8A8A8"/>
              <w:left w:val="single" w:sz="4" w:color="A8A8A8"/>
              <w:bottom w:val="single" w:sz="4" w:color="A8A8A8"/>
              <w:right w:val="single" w:sz="4" w:color="A8A8A8"/>
            </w:tcBorders>
          </w:tcPr>
          <w:p>
            <w:pPr>
              <w:spacing w:after="0" w:before="0"/>
            </w:pPr>
            <w:r>
              <w:rPr>
                <w:rFonts w:ascii="Liberation Sans" w:hAnsi="Liberation Sans"/>
                <w:b w:val="0"/>
                <w:i w:val="0"/>
                <w:sz w:val="18"/>
              </w:rPr>
              <w:t>10,00 € einmalig</w:t>
            </w:r>
          </w:p>
        </w:tc>
      </w:tr>
    </w:tbl>
    <w:p>
      <w:pPr>
        <w:spacing w:before="100"/>
        <w:widowControl w:val="1"/>
      </w:pPr>
      <w:r>
        <w:rPr>
          <w:b/>
        </w:rPr>
        <w:t xml:space="preserve">Kündigung: </w:t>
      </w:r>
      <w:r>
        <w:t>Der Austritt muss dem Vorstand schriftlich mitgeteilt werden und ist nur zum Ende eines Kalenderjahres unter Einhaltung einer Kündigungsfrist von einem Monat möglich. Für eine Beendigung zum 31. Dezember muss die Austrittserklärung daher spätestens bis zum 30. November beim Vorstand eingegangen sein.</w:t>
      </w:r>
    </w:p>
    <w:p>
      <w:pPr>
        <w:pStyle w:val="Heading1"/>
        <w:keepNext/>
        <w:widowControl w:val="1"/>
      </w:pPr>
      <w:r>
        <w:t>6. Datenschutz und freiwillige Veröffentlichungen</w:t>
      </w:r>
    </w:p>
    <w:p>
      <w:pPr>
        <w:widowControl w:val="1"/>
      </w:pPr>
      <w:r>
        <w:t>Die zur Bearbeitung des Antrags und zur Verwaltung der Mitgliedschaft erforderlichen Daten werden auf gesetzlicher Grundlage verarbeitet; hierfür ist keine freiwillige Einwilligung erforderlich. Freiwillige Veröffentlichungen - etwa von Fotos, Ausstellungsergebnissen oder Angaben in der öffentlichen Züchterliste - werden im Antrag getrennt abgefragt und können mit Wirkung für die Zukunft widerrufen werden.</w:t>
      </w:r>
    </w:p>
    <w:p>
      <w:pPr>
        <w:pStyle w:val="Heading1"/>
        <w:keepNext/>
        <w:widowControl w:val="1"/>
      </w:pPr>
      <w:r>
        <w:t>7. Maßgebliche Regelungen</w:t>
      </w:r>
    </w:p>
    <w:p>
      <w:pPr>
        <w:widowControl w:val="1"/>
      </w:pPr>
      <w:r>
        <w:t>Maßgeblich sind die jeweils gültige Satzung des Meerschweinchenclub Bayern e.V., die geltenden Beitragsregelungen sowie die Datenschutzinformationen des Vereins. Bei Widersprüchen zwischen diesem Beiblatt und der Satzung geht die Satzung vor.</w:t>
      </w:r>
    </w:p>
    <w:p>
      <w:pPr>
        <w:spacing w:before="160"/>
        <w:jc w:val="center"/>
        <w:widowControl w:val="1"/>
      </w:pPr>
      <w:r>
        <w:rPr>
          <w:rFonts w:ascii="Liberation Sans" w:hAnsi="Liberation Sans"/>
          <w:b w:val="0"/>
          <w:i/>
          <w:color w:val="666666"/>
          <w:sz w:val="17"/>
        </w:rPr>
        <w:t>Stand: August 2026</w:t>
      </w:r>
    </w:p>
    <w:sectPr w:rsidR="00FC693F" w:rsidRPr="0006063C" w:rsidSect="00034616">
      <w:headerReference w:type="default" r:id="rId9"/>
      <w:footerReference w:type="default" r:id="rId10"/>
      <w:pgSz w:w="12240" w:h="15840"/>
      <w:pgMar w:top="907" w:right="964" w:bottom="907" w:left="964"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b w:val="0"/>
        <w:i w:val="0"/>
        <w:color w:val="666666"/>
        <w:sz w:val="16"/>
      </w:rPr>
      <w:t xml:space="preserve">www.meerschweinchenclubbayern-mcb.de  |  Seite </w:t>
      <w:fldChar w:fldCharType="begin"/>
      <w:instrText xml:space="preserve">PAGE</w:instrText>
      <w:fldChar w:fldCharType="end"/>
    </w:r>
    <w:r>
      <w:rPr>
        <w:rFonts w:ascii="Liberation Sans" w:hAnsi="Liberation Sans"/>
        <w:b w:val="0"/>
        <w:i w:val="0"/>
        <w:color w:val="666666"/>
        <w:sz w:val="16"/>
      </w:rPr>
      <w:t xml:space="preserve"> von </w:t>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b/>
        <w:i w:val="0"/>
        <w:color w:val="2F5D62"/>
        <w:sz w:val="22"/>
      </w:rPr>
      <w:t>Meerschweinchenclub Bayern e.V.</w:t>
    </w:r>
  </w:p>
  <w:p>
    <w:pPr>
      <w:spacing w:after="0"/>
      <w:jc w:val="center"/>
      <w:pBdr>
        <w:bottom w:val="single" w:sz="8" w:space="4" w:color="D8E4E6"/>
      </w:pBdr>
    </w:pPr>
    <w:r>
      <w:rPr>
        <w:rFonts w:ascii="Liberation Sans" w:hAnsi="Liberation Sans"/>
        <w:b w:val="0"/>
        <w:i w:val="0"/>
        <w:color w:val="666666"/>
        <w:sz w:val="16"/>
      </w:rPr>
      <w:t>Pinselgraben 8 | 93476 Blaibach | Tel. 09941-3230 | vorstand@meerschweinchenclubbayern-mcb.de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2" w:lineRule="auto"/>
    </w:pPr>
    <w:rPr>
      <w:rFonts w:ascii="Liberation Sans" w:hAnsi="Liberation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Liberation Sans" w:hAnsi="Liberation Sans"/>
      <w:b/>
      <w:bCs/>
      <w:color w:val="2F5D62"/>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Liberation Sans" w:hAnsi="Liberation Sans"/>
      <w:b/>
      <w:bCs/>
      <w:color w:val="2F5D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20"/>
      <w:contextualSpacing/>
    </w:pPr>
    <w:rPr>
      <w:rFonts w:asciiTheme="majorHAnsi" w:eastAsiaTheme="majorEastAsia" w:hAnsiTheme="majorHAnsi" w:cstheme="majorBidi" w:ascii="Liberation Sans" w:hAnsi="Liberation Sans"/>
      <w:b/>
      <w:color w:val="2F5D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Mitgliedsantrag Meerschweinchenclub Bayern e.V.</dc:title>
  <dc:subject>Überarbeiteter Mitgliedsantrag 2026</dc:subject>
  <dc:creator>Meerschweinchenclub Bayern e.V.</dc:creator>
  <cp:keywords>Mitgliedsantrag, MCB, Meerschweinchenclub Bayern e.V.</cp:keywords>
  <dc:description>generated by python-docx</dc:description>
  <cp:lastModifiedBy/>
  <cp:revision>1</cp:revision>
  <dcterms:created xsi:type="dcterms:W3CDTF">2013-12-23T23:15:00Z</dcterms:created>
  <dcterms:modified xsi:type="dcterms:W3CDTF">2013-12-23T23:15:00Z</dcterms:modified>
  <cp:category/>
</cp:coreProperties>
</file>